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62B55"/>
          <w:sz w:val="50"/>
        </w:rPr>
        <w:t>Blog</w:t>
      </w:r>
      <w:r>
        <w:rPr>
          <w:b/>
          <w:color w:val="FF6500"/>
          <w:sz w:val="50"/>
        </w:rPr>
        <w:t>ticles</w:t>
      </w:r>
    </w:p>
    <w:p>
      <w:pPr>
        <w:jc w:val="center"/>
      </w:pPr>
      <w:r>
        <w:rPr>
          <w:b/>
          <w:color w:val="394653"/>
          <w:sz w:val="16"/>
        </w:rPr>
        <w:t>IDEAS WORTH READING.</w:t>
      </w:r>
    </w:p>
    <w:p>
      <w:pPr>
        <w:jc w:val="center"/>
        <w:pBdr>
          <w:bottom w:val="single" w:sz="18" w:space="1" w:color="FF6500"/>
        </w:pBdr>
      </w:pPr>
      <w:r>
        <w:rPr>
          <w:b/>
          <w:color w:val="062B55"/>
          <w:sz w:val="36"/>
        </w:rPr>
        <w:t>ARTICLE SUBMISSION TEMPLATE</w:t>
      </w:r>
    </w:p>
    <w:p>
      <w:pPr>
        <w:jc w:val="center"/>
      </w:pPr>
      <w:r>
        <w:rPr>
          <w:color w:val="394653"/>
        </w:rPr>
        <w:t>Recommended, not required. Replace the italic guidance after each label with your own information, then write or paste your finished article below.</w:t>
      </w:r>
    </w:p>
    <w:p>
      <w:r>
        <w:rPr>
          <w:b/>
          <w:color w:val="062B55"/>
          <w:sz w:val="26"/>
        </w:rPr>
        <w:t>ARTICLE DETAILS</w:t>
      </w:r>
    </w:p>
    <w:p>
      <w:pPr>
        <w:spacing w:after="100"/>
      </w:pPr>
      <w:r>
        <w:rPr>
          <w:b/>
          <w:color w:val="062B55"/>
        </w:rPr>
        <w:t xml:space="preserve">Article Title: </w:t>
      </w:r>
      <w:r>
        <w:rPr>
          <w:i/>
          <w:color w:val="394653"/>
        </w:rPr>
        <w:t>Enter the final article title</w:t>
      </w:r>
    </w:p>
    <w:p>
      <w:pPr>
        <w:spacing w:after="100"/>
      </w:pPr>
      <w:r>
        <w:rPr>
          <w:b/>
          <w:color w:val="062B55"/>
        </w:rPr>
        <w:t xml:space="preserve">Author: </w:t>
      </w:r>
      <w:r>
        <w:rPr>
          <w:i/>
          <w:color w:val="394653"/>
        </w:rPr>
        <w:t>Name/byline to display</w:t>
      </w:r>
    </w:p>
    <w:p>
      <w:pPr>
        <w:spacing w:after="100"/>
      </w:pPr>
      <w:r>
        <w:rPr>
          <w:b/>
          <w:color w:val="062B55"/>
        </w:rPr>
        <w:t xml:space="preserve">Category: </w:t>
      </w:r>
      <w:r>
        <w:rPr>
          <w:i/>
          <w:color w:val="394653"/>
        </w:rPr>
        <w:t>Suggested Blogticles category</w:t>
      </w:r>
    </w:p>
    <w:p>
      <w:pPr>
        <w:spacing w:after="100"/>
      </w:pPr>
      <w:r>
        <w:rPr>
          <w:b/>
          <w:color w:val="062B55"/>
        </w:rPr>
        <w:t xml:space="preserve">Excerpt: </w:t>
      </w:r>
      <w:r>
        <w:rPr>
          <w:i/>
          <w:color w:val="394653"/>
        </w:rPr>
        <w:t>Short summary for article cards/search previews</w:t>
      </w:r>
    </w:p>
    <w:p>
      <w:pPr>
        <w:spacing w:after="100"/>
      </w:pPr>
      <w:r>
        <w:rPr>
          <w:b/>
          <w:color w:val="062B55"/>
        </w:rPr>
        <w:t xml:space="preserve">Featured Image Credit/Source: </w:t>
      </w:r>
      <w:r>
        <w:rPr>
          <w:i/>
          <w:color w:val="394653"/>
        </w:rPr>
        <w:t>If applicable</w:t>
      </w:r>
    </w:p>
    <w:p>
      <w:r>
        <w:rPr>
          <w:b/>
          <w:color w:val="062B55"/>
          <w:sz w:val="26"/>
        </w:rPr>
        <w:t>OPTIONAL EDITORIAL / SEO SUGGESTIONS</w:t>
      </w:r>
    </w:p>
    <w:p>
      <w:r>
        <w:rPr>
          <w:color w:val="394653"/>
        </w:rPr>
        <w:t>Professional contributors and agencies may complete these if useful. Blogticles may edit or replace these suggestions during editorial preparation.</w:t>
      </w:r>
    </w:p>
    <w:p>
      <w:pPr>
        <w:spacing w:after="100"/>
      </w:pPr>
      <w:r>
        <w:rPr>
          <w:b/>
          <w:color w:val="062B55"/>
        </w:rPr>
        <w:t xml:space="preserve">Meta Title: </w:t>
      </w:r>
      <w:r>
        <w:rPr>
          <w:i/>
          <w:color w:val="394653"/>
        </w:rPr>
        <w:t>Optional suggested search title</w:t>
      </w:r>
    </w:p>
    <w:p>
      <w:pPr>
        <w:spacing w:after="100"/>
      </w:pPr>
      <w:r>
        <w:rPr>
          <w:b/>
          <w:color w:val="062B55"/>
        </w:rPr>
        <w:t xml:space="preserve">Meta Description: </w:t>
      </w:r>
      <w:r>
        <w:rPr>
          <w:i/>
          <w:color w:val="394653"/>
        </w:rPr>
        <w:t>Optional suggested search description</w:t>
      </w:r>
    </w:p>
    <w:p>
      <w:pPr>
        <w:spacing w:after="100"/>
      </w:pPr>
      <w:r>
        <w:rPr>
          <w:b/>
          <w:color w:val="062B55"/>
        </w:rPr>
        <w:t xml:space="preserve">Quick Answer: </w:t>
      </w:r>
      <w:r>
        <w:rPr>
          <w:i/>
          <w:color w:val="394653"/>
        </w:rPr>
        <w:t>Optional concise 40-80 word answer/summary</w:t>
      </w:r>
    </w:p>
    <w:p>
      <w:pPr>
        <w:spacing w:after="100"/>
      </w:pPr>
      <w:r>
        <w:rPr>
          <w:b/>
          <w:color w:val="062B55"/>
        </w:rPr>
        <w:t xml:space="preserve">Tags: </w:t>
      </w:r>
      <w:r>
        <w:rPr>
          <w:i/>
          <w:color w:val="394653"/>
        </w:rPr>
        <w:t>Optional, separated with commas</w:t>
      </w:r>
    </w:p>
    <w:p>
      <w:pPr>
        <w:spacing w:after="100"/>
      </w:pPr>
      <w:r>
        <w:rPr>
          <w:b/>
          <w:color w:val="062B55"/>
        </w:rPr>
        <w:t xml:space="preserve">Focus Keyphrase: </w:t>
      </w:r>
      <w:r>
        <w:rPr>
          <w:i/>
          <w:color w:val="394653"/>
        </w:rPr>
        <w:t>Optional</w:t>
      </w:r>
    </w:p>
    <w:p>
      <w:pPr>
        <w:spacing w:after="100"/>
      </w:pPr>
      <w:r>
        <w:rPr>
          <w:b/>
          <w:color w:val="062B55"/>
        </w:rPr>
        <w:t xml:space="preserve">Suggested URL Slug: </w:t>
      </w:r>
      <w:r>
        <w:rPr>
          <w:i/>
          <w:color w:val="394653"/>
        </w:rPr>
        <w:t>Optional</w:t>
      </w:r>
    </w:p>
    <w:p>
      <w:pPr>
        <w:spacing w:after="100"/>
      </w:pPr>
      <w:r>
        <w:rPr>
          <w:b/>
          <w:color w:val="062B55"/>
        </w:rPr>
        <w:t xml:space="preserve">Featured Image ALT: </w:t>
      </w:r>
      <w:r>
        <w:rPr>
          <w:i/>
          <w:color w:val="394653"/>
        </w:rPr>
        <w:t>Optional description of the featured image</w:t>
      </w:r>
    </w:p>
    <w:p>
      <w:pPr>
        <w:spacing w:before="240"/>
        <w:jc w:val="center"/>
        <w:pBdr>
          <w:bottom w:val="single" w:sz="10" w:space="1" w:color="062B55"/>
        </w:pBdr>
      </w:pPr>
      <w:r>
        <w:rPr>
          <w:b/>
          <w:color w:val="FF6500"/>
          <w:sz w:val="26"/>
        </w:rPr>
        <w:t>ARTICLE STARTS BELOW</w:t>
      </w:r>
    </w:p>
    <w:p>
      <w:pPr>
        <w:pStyle w:val="Title"/>
      </w:pPr>
      <w:r>
        <w:rPr>
          <w:color w:val="062B55"/>
        </w:rPr>
        <w:t>Your Article Title</w:t>
      </w:r>
    </w:p>
    <w:p>
      <w:r>
        <w:t>Opening paragraph goes here. Paste or write your finished article using normal Word formatting. Bold, italics and standard hyperlinks are supported.</w:t>
      </w:r>
    </w:p>
    <w:p>
      <w:pPr>
        <w:pStyle w:val="Heading2"/>
      </w:pPr>
      <w:r>
        <w:rPr>
          <w:color w:val="062B55"/>
        </w:rPr>
        <w:t>Main Section Heading</w:t>
      </w:r>
    </w:p>
    <w:p>
      <w:r>
        <w:t>Write normal article paragraphs using the Normal style. Use Heading 2 for major sections and Heading 3 for subsections.</w:t>
      </w:r>
    </w:p>
    <w:p>
      <w:r>
        <w:t>Example bullet list:</w:t>
      </w:r>
    </w:p>
    <w:p>
      <w:pPr>
        <w:pStyle w:val="ListBullet"/>
      </w:pPr>
      <w:r>
        <w:t>First bullet point</w:t>
      </w:r>
    </w:p>
    <w:p>
      <w:pPr>
        <w:pStyle w:val="ListBullet"/>
      </w:pPr>
      <w:r>
        <w:t>Second bullet point</w:t>
      </w:r>
    </w:p>
    <w:p>
      <w:pPr>
        <w:pStyle w:val="ListBullet"/>
      </w:pPr>
      <w:r>
        <w:t>Third bullet point</w:t>
      </w:r>
    </w:p>
    <w:p>
      <w:r>
        <w:t>Example numbered list:</w:t>
      </w:r>
    </w:p>
    <w:p>
      <w:pPr>
        <w:pStyle w:val="ListNumber"/>
      </w:pPr>
      <w:r>
        <w:t>First numbered item</w:t>
      </w:r>
    </w:p>
    <w:p>
      <w:pPr>
        <w:pStyle w:val="ListNumber"/>
      </w:pPr>
      <w:r>
        <w:t>Second numbered item</w:t>
      </w:r>
    </w:p>
    <w:p>
      <w:pPr>
        <w:pStyle w:val="Heading3"/>
      </w:pPr>
      <w:r>
        <w:rPr>
          <w:color w:val="062B55"/>
        </w:rPr>
        <w:t>Images</w:t>
      </w:r>
    </w:p>
    <w:p>
      <w:r>
        <w:t>Insert article images in the appropriate position in the Word document. The first suitable embedded image will normally become the featured image after editorial approval; later images can remain within the article body.</w:t>
      </w:r>
    </w:p>
    <w:p>
      <w:pPr>
        <w:pStyle w:val="Heading3"/>
      </w:pPr>
      <w:r>
        <w:rPr>
          <w:color w:val="062B55"/>
        </w:rPr>
        <w:t>Before Uploading</w:t>
      </w:r>
    </w:p>
    <w:p>
      <w:pPr>
        <w:pStyle w:val="ListBullet"/>
      </w:pPr>
      <w:r>
        <w:t>Save the file as .docx (not .doc or PDF).</w:t>
      </w:r>
    </w:p>
    <w:p>
      <w:pPr>
        <w:pStyle w:val="ListBullet"/>
      </w:pPr>
      <w:r>
        <w:t>Make sure you have permission to use all supplied text and images.</w:t>
      </w:r>
    </w:p>
    <w:p>
      <w:pPr>
        <w:pStyle w:val="ListBullet"/>
      </w:pPr>
      <w:r>
        <w:t>Check that links are relevant and open correctly.</w:t>
      </w:r>
    </w:p>
    <w:p>
      <w:pPr>
        <w:pStyle w:val="ListBullet"/>
      </w:pPr>
      <w:r>
        <w:t>The Blogticles website submission form remains the final source for contributor details, publishing option, category and acceptance of Contributor Terms.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Blogticles Article Submission Template</dc:title>
  <dc:subject>Optional template for Blogticles article contributors</dc:subject>
  <dc:creator>Blogticles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